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Голові Правління</w:t>
      </w:r>
    </w:p>
    <w:p>
      <w:pPr>
        <w:spacing w:after="0"/>
        <w:jc w:val="right"/>
      </w:pPr>
      <w:r>
        <w:rPr>
          <w:b w:val="0"/>
          <w:sz w:val="24"/>
        </w:rPr>
        <w:t>Асоціації «Українська асоціація</w:t>
      </w:r>
    </w:p>
    <w:p>
      <w:pPr>
        <w:spacing w:after="0"/>
        <w:jc w:val="right"/>
      </w:pPr>
      <w:r>
        <w:rPr>
          <w:b w:val="0"/>
          <w:sz w:val="24"/>
        </w:rPr>
        <w:t>управління відходами» (Асоціація «УАПСУВ»)</w:t>
      </w:r>
    </w:p>
    <w:p>
      <w:pPr>
        <w:spacing w:after="200"/>
        <w:jc w:val="right"/>
      </w:pPr>
      <w:r>
        <w:rPr>
          <w:b w:val="0"/>
          <w:sz w:val="24"/>
        </w:rPr>
        <w:t>Максиму Глушаниці</w:t>
      </w:r>
    </w:p>
    <w:p>
      <w:pPr>
        <w:spacing w:after="0"/>
        <w:jc w:val="right"/>
      </w:pPr>
      <w:r>
        <w:rPr>
          <w:b w:val="0"/>
          <w:sz w:val="24"/>
        </w:rPr>
        <w:t>від _____________________________</w:t>
      </w:r>
    </w:p>
    <w:p>
      <w:pPr>
        <w:spacing w:after="120"/>
        <w:jc w:val="right"/>
      </w:pPr>
      <w:r>
        <w:rPr>
          <w:b w:val="0"/>
          <w:sz w:val="18"/>
        </w:rPr>
        <w:t>(повна юридична назва підприємства / організації)</w:t>
      </w:r>
    </w:p>
    <w:p>
      <w:pPr>
        <w:spacing w:after="120"/>
        <w:jc w:val="right"/>
      </w:pPr>
      <w:r>
        <w:rPr>
          <w:b w:val="0"/>
          <w:sz w:val="24"/>
        </w:rPr>
        <w:t>Код ЄДРПОУ: ____________________</w:t>
      </w:r>
    </w:p>
    <w:p>
      <w:pPr>
        <w:spacing w:after="120"/>
        <w:jc w:val="right"/>
      </w:pPr>
      <w:r>
        <w:rPr>
          <w:b w:val="0"/>
          <w:sz w:val="24"/>
        </w:rPr>
        <w:t>Юридична адреса: _________________</w:t>
      </w:r>
    </w:p>
    <w:p>
      <w:pPr>
        <w:spacing w:after="0"/>
        <w:jc w:val="right"/>
      </w:pPr>
      <w:r>
        <w:rPr>
          <w:b w:val="0"/>
          <w:sz w:val="24"/>
        </w:rPr>
        <w:t>в особі ___________________________,</w:t>
      </w:r>
    </w:p>
    <w:p>
      <w:pPr>
        <w:spacing w:after="120"/>
        <w:jc w:val="right"/>
      </w:pPr>
      <w:r>
        <w:rPr>
          <w:b w:val="0"/>
          <w:sz w:val="18"/>
        </w:rPr>
        <w:t>(посада та ПІБ керівника)</w:t>
      </w:r>
    </w:p>
    <w:p>
      <w:pPr>
        <w:spacing w:after="0"/>
        <w:jc w:val="right"/>
      </w:pPr>
      <w:r>
        <w:rPr>
          <w:b w:val="0"/>
          <w:sz w:val="24"/>
        </w:rPr>
        <w:t>що діє на підставі ________________</w:t>
      </w:r>
    </w:p>
    <w:p>
      <w:pPr>
        <w:spacing w:after="320"/>
        <w:jc w:val="right"/>
      </w:pPr>
      <w:r>
        <w:rPr>
          <w:b w:val="0"/>
          <w:sz w:val="18"/>
        </w:rPr>
        <w:t>(Статуту / Довіреності)</w:t>
      </w:r>
    </w:p>
    <w:p>
      <w:pPr>
        <w:spacing w:after="0"/>
        <w:jc w:val="center"/>
      </w:pPr>
      <w:r>
        <w:rPr>
          <w:b/>
          <w:sz w:val="32"/>
        </w:rPr>
        <w:t>ЗАЯВА</w:t>
      </w:r>
    </w:p>
    <w:p>
      <w:pPr>
        <w:spacing w:after="320"/>
        <w:jc w:val="center"/>
      </w:pPr>
      <w:r>
        <w:rPr>
          <w:b/>
          <w:sz w:val="26"/>
        </w:rPr>
        <w:t>про вступ до Асоціації</w:t>
      </w:r>
    </w:p>
    <w:p>
      <w:pPr>
        <w:spacing w:after="120"/>
      </w:pPr>
      <w:r>
        <w:rPr>
          <w:b w:val="0"/>
          <w:sz w:val="24"/>
        </w:rPr>
        <w:t>Прошу прийняти 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(повна назва підприємства/організації)</w:t>
      </w:r>
    </w:p>
    <w:p>
      <w:pPr>
        <w:spacing w:after="280"/>
      </w:pPr>
      <w:r>
        <w:rPr>
          <w:b w:val="0"/>
          <w:sz w:val="24"/>
        </w:rPr>
        <w:t>до складу учасників (членів) Асоціація «УАПСУВ» (UWMA)</w:t>
      </w:r>
    </w:p>
    <w:p>
      <w:pPr>
        <w:spacing w:after="80"/>
      </w:pPr>
      <w:r>
        <w:rPr>
          <w:b/>
          <w:sz w:val="24"/>
        </w:rPr>
        <w:t>Обрана категорія членства:</w:t>
      </w:r>
    </w:p>
    <w:p>
      <w:pPr>
        <w:spacing w:after="40"/>
      </w:pPr>
      <w:r>
        <w:rPr>
          <w:b w:val="0"/>
          <w:sz w:val="24"/>
        </w:rPr>
        <w:t>☐ Дійсний член</w:t>
      </w:r>
    </w:p>
    <w:p>
      <w:pPr>
        <w:spacing w:after="280"/>
      </w:pPr>
      <w:r>
        <w:rPr>
          <w:b w:val="0"/>
          <w:sz w:val="24"/>
        </w:rPr>
        <w:t>☐ Асоційований член</w:t>
      </w:r>
    </w:p>
    <w:p>
      <w:pPr>
        <w:spacing w:after="80"/>
      </w:pPr>
      <w:r>
        <w:rPr>
          <w:b/>
          <w:sz w:val="24"/>
        </w:rPr>
        <w:t>Цією заявою підтверджуємо, що:</w:t>
      </w:r>
    </w:p>
    <w:p>
      <w:pPr>
        <w:spacing w:after="80"/>
      </w:pPr>
      <w:r>
        <w:rPr>
          <w:b w:val="0"/>
          <w:sz w:val="24"/>
        </w:rPr>
        <w:t>1. Мета та завдання діяльності Асоціації є зрозумілими та повністю поділяються, визнаються нашим підприємством.</w:t>
      </w:r>
    </w:p>
    <w:p>
      <w:pPr>
        <w:spacing w:after="80"/>
      </w:pPr>
      <w:r>
        <w:rPr>
          <w:b w:val="0"/>
          <w:sz w:val="24"/>
        </w:rPr>
        <w:t>2. З текстом Статуту Асоціації «УАПСУВ» (UWMA) ознайомлені та зобов’язуємося неухильно дотримуватися його вимог, рішень органів управління і контролю Асоціації, а також своєчасно сплачувати вступний, членські, цільові внески.</w:t>
      </w:r>
    </w:p>
    <w:p>
      <w:pPr>
        <w:spacing w:after="280"/>
      </w:pPr>
      <w:r>
        <w:rPr>
          <w:b w:val="0"/>
          <w:sz w:val="24"/>
        </w:rPr>
        <w:t>3. Надана інформація є достовірною.</w:t>
      </w:r>
    </w:p>
    <w:p>
      <w:pPr>
        <w:spacing w:after="80"/>
      </w:pPr>
      <w:r>
        <w:rPr>
          <w:b/>
          <w:sz w:val="24"/>
        </w:rPr>
        <w:t>Додатки до заяви:</w:t>
      </w:r>
    </w:p>
    <w:p>
      <w:pPr>
        <w:spacing w:after="40"/>
      </w:pPr>
      <w:r>
        <w:rPr>
          <w:b w:val="0"/>
          <w:sz w:val="24"/>
        </w:rPr>
        <w:t>1. Копія Витягу з ЄДРПОУ.</w:t>
      </w:r>
    </w:p>
    <w:p>
      <w:pPr>
        <w:spacing w:after="40"/>
      </w:pPr>
      <w:r>
        <w:rPr>
          <w:b w:val="0"/>
          <w:sz w:val="24"/>
        </w:rPr>
        <w:t>2. Заповнена Анкета учасника.</w:t>
      </w:r>
    </w:p>
    <w:p>
      <w:pPr>
        <w:spacing w:after="280"/>
      </w:pPr>
      <w:r>
        <w:rPr>
          <w:b w:val="0"/>
          <w:sz w:val="24"/>
        </w:rPr>
        <w:t>3. Копія рішення уповноваженого органу підприємства про вступ до Асоціації (за наявності вимоги в Статуті заявника).</w:t>
      </w:r>
    </w:p>
    <w:p>
      <w:pPr>
        <w:spacing w:after="80"/>
      </w:pPr>
      <w:r>
        <w:rPr>
          <w:b/>
          <w:sz w:val="24"/>
        </w:rPr>
        <w:t>Контактні дані уповноваженої особи для зв’язку:</w:t>
      </w:r>
    </w:p>
    <w:p>
      <w:pPr>
        <w:spacing w:after="40"/>
      </w:pPr>
      <w:r>
        <w:rPr>
          <w:b w:val="0"/>
          <w:sz w:val="24"/>
        </w:rPr>
        <w:t>ПІБ: ________________________________________________</w:t>
      </w:r>
    </w:p>
    <w:p>
      <w:pPr>
        <w:spacing w:after="40"/>
      </w:pPr>
      <w:r>
        <w:rPr>
          <w:b w:val="0"/>
          <w:sz w:val="24"/>
        </w:rPr>
        <w:t>Посада: _____________________________________________</w:t>
      </w:r>
    </w:p>
    <w:p>
      <w:pPr>
        <w:spacing w:after="40"/>
      </w:pPr>
      <w:r>
        <w:rPr>
          <w:b w:val="0"/>
          <w:sz w:val="24"/>
        </w:rPr>
        <w:t>Телефон: ____________________________________________</w:t>
      </w:r>
    </w:p>
    <w:p>
      <w:pPr>
        <w:spacing w:after="400"/>
      </w:pPr>
      <w:r>
        <w:rPr>
          <w:b w:val="0"/>
          <w:sz w:val="24"/>
        </w:rPr>
        <w:t>E-mail: 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</w:tcPr>
          <w:p>
            <w:r>
              <w:rPr>
                <w:sz w:val="22"/>
              </w:rPr>
              <w:t>____.____.202__ р.</w:t>
            </w:r>
          </w:p>
        </w:tc>
        <w:tc>
          <w:tcPr>
            <w:tcW w:type="dxa" w:w="3118"/>
          </w:tcPr>
          <w:p>
            <w:r>
              <w:rPr>
                <w:sz w:val="22"/>
              </w:rPr>
              <w:t>___________</w:t>
              <w:br/>
              <w:t>(підпис)</w:t>
            </w:r>
          </w:p>
        </w:tc>
        <w:tc>
          <w:tcPr>
            <w:tcW w:type="dxa" w:w="3118"/>
          </w:tcPr>
          <w:p>
            <w:r>
              <w:rPr>
                <w:sz w:val="22"/>
              </w:rPr>
              <w:t>____________________</w:t>
              <w:br/>
              <w:t>(ініціали, прізвище)</w:t>
            </w:r>
          </w:p>
        </w:tc>
      </w:tr>
    </w:tbl>
    <w:p>
      <w:pPr>
        <w:spacing w:after="0"/>
        <w:jc w:val="right"/>
      </w:pPr>
      <w:r>
        <w:rPr>
          <w:b w:val="0"/>
          <w:sz w:val="20"/>
        </w:rPr>
        <w:t>М.П. (за наявності)</w:t>
      </w:r>
    </w:p>
    <w:p>
      <w:r>
        <w:br w:type="page"/>
      </w:r>
    </w:p>
    <w:p>
      <w:pPr>
        <w:spacing w:after="200"/>
        <w:jc w:val="right"/>
      </w:pPr>
      <w:r>
        <w:rPr>
          <w:b w:val="0"/>
          <w:sz w:val="20"/>
        </w:rPr>
        <w:t>(Додаток до Заяви про вступ до «UWMA»)</w:t>
      </w:r>
    </w:p>
    <w:p>
      <w:pPr>
        <w:spacing w:after="320"/>
        <w:jc w:val="center"/>
      </w:pPr>
      <w:r>
        <w:rPr>
          <w:b/>
          <w:sz w:val="30"/>
        </w:rPr>
        <w:t>АНКЕТА УЧАСНИКА</w:t>
      </w:r>
    </w:p>
    <w:p>
      <w:pPr>
        <w:spacing w:after="120"/>
      </w:pPr>
      <w:r>
        <w:rPr>
          <w:b/>
          <w:sz w:val="24"/>
        </w:rPr>
        <w:t>1. Загальні відомості про підприємство</w:t>
      </w:r>
    </w:p>
    <w:p>
      <w:pPr>
        <w:spacing w:after="80"/>
      </w:pPr>
      <w:r>
        <w:rPr>
          <w:b w:val="0"/>
          <w:sz w:val="24"/>
        </w:rPr>
        <w:t>· Повна назва: _____________________________________________</w:t>
      </w:r>
    </w:p>
    <w:p>
      <w:pPr>
        <w:spacing w:after="80"/>
      </w:pPr>
      <w:r>
        <w:rPr>
          <w:b w:val="0"/>
          <w:sz w:val="24"/>
        </w:rPr>
        <w:t>· Скорочена назва: _______________________________________</w:t>
      </w:r>
    </w:p>
    <w:p>
      <w:pPr>
        <w:spacing w:after="80"/>
      </w:pPr>
      <w:r>
        <w:rPr>
          <w:b w:val="0"/>
          <w:sz w:val="24"/>
        </w:rPr>
        <w:t>· Код ЄДРПОУ: ____________________________________________</w:t>
      </w:r>
    </w:p>
    <w:p>
      <w:pPr>
        <w:spacing w:after="80"/>
      </w:pPr>
      <w:r>
        <w:rPr>
          <w:b w:val="0"/>
          <w:sz w:val="24"/>
        </w:rPr>
        <w:t>· Юридична адреса: _________________________________________</w:t>
      </w:r>
    </w:p>
    <w:p>
      <w:pPr>
        <w:spacing w:after="80"/>
      </w:pPr>
      <w:r>
        <w:rPr>
          <w:b w:val="0"/>
          <w:sz w:val="24"/>
        </w:rPr>
        <w:t>· Фактична адреса (офіс/виробництво): _______________________</w:t>
      </w:r>
    </w:p>
    <w:p>
      <w:pPr>
        <w:spacing w:after="80"/>
      </w:pPr>
      <w:r>
        <w:rPr>
          <w:b w:val="0"/>
          <w:sz w:val="24"/>
        </w:rPr>
        <w:t>· Веб-сайт / соцмережі: ______________________________________</w:t>
      </w:r>
    </w:p>
    <w:p>
      <w:pPr>
        <w:spacing w:after="80"/>
      </w:pPr>
      <w:r>
        <w:rPr>
          <w:b w:val="0"/>
          <w:sz w:val="24"/>
        </w:rPr>
        <w:t>· Офіційний e-mail компанії: __________________________________</w:t>
      </w:r>
    </w:p>
    <w:p>
      <w:pPr>
        <w:spacing w:after="40"/>
      </w:pPr>
      <w:r>
        <w:rPr>
          <w:b/>
          <w:sz w:val="24"/>
        </w:rPr>
        <w:t>2. Профіль діяльності та галузева спеціалізація</w:t>
      </w:r>
    </w:p>
    <w:p>
      <w:pPr>
        <w:spacing w:after="120"/>
      </w:pPr>
      <w:r>
        <w:rPr>
          <w:b w:val="0"/>
          <w:sz w:val="18"/>
        </w:rPr>
        <w:t>(позначте позначкою [x] відповідні пункти)</w:t>
      </w:r>
    </w:p>
    <w:p>
      <w:pPr>
        <w:spacing w:after="40"/>
      </w:pPr>
      <w:r>
        <w:rPr>
          <w:b w:val="0"/>
          <w:sz w:val="24"/>
        </w:rPr>
        <w:t>☐ Оператор у сфері управління відходами:</w:t>
      </w:r>
    </w:p>
    <w:p>
      <w:pPr>
        <w:spacing w:after="40"/>
      </w:pPr>
      <w:r>
        <w:rPr>
          <w:b w:val="0"/>
          <w:sz w:val="24"/>
        </w:rPr>
        <w:t xml:space="preserve">     ☐ Збирання та транспортування</w:t>
      </w:r>
    </w:p>
    <w:p>
      <w:pPr>
        <w:spacing w:after="40"/>
      </w:pPr>
      <w:r>
        <w:rPr>
          <w:b w:val="0"/>
          <w:sz w:val="24"/>
        </w:rPr>
        <w:t xml:space="preserve">     ☐ Сортування та відновлення (рециклінг)</w:t>
      </w:r>
    </w:p>
    <w:p>
      <w:pPr>
        <w:spacing w:after="40"/>
      </w:pPr>
      <w:r>
        <w:rPr>
          <w:b w:val="0"/>
          <w:sz w:val="24"/>
        </w:rPr>
        <w:t xml:space="preserve">     ☐ Оброблення</w:t>
      </w:r>
    </w:p>
    <w:p>
      <w:pPr>
        <w:spacing w:after="40"/>
      </w:pPr>
      <w:r>
        <w:rPr>
          <w:b w:val="0"/>
          <w:sz w:val="24"/>
        </w:rPr>
        <w:t xml:space="preserve">     ☐ Видалення / Захоронення</w:t>
      </w:r>
    </w:p>
    <w:p>
      <w:pPr>
        <w:spacing w:after="40"/>
      </w:pPr>
      <w:r>
        <w:rPr>
          <w:b w:val="0"/>
          <w:sz w:val="24"/>
        </w:rPr>
        <w:t>☐ Виробник або імпортер (Суб’єкт EPR):</w:t>
      </w:r>
    </w:p>
    <w:p>
      <w:pPr>
        <w:spacing w:after="40"/>
      </w:pPr>
      <w:r>
        <w:rPr>
          <w:b w:val="0"/>
          <w:sz w:val="24"/>
        </w:rPr>
        <w:t xml:space="preserve">     ☐ Упаковка та товари в упаковці</w:t>
      </w:r>
    </w:p>
    <w:p>
      <w:pPr>
        <w:spacing w:after="40"/>
      </w:pPr>
      <w:r>
        <w:rPr>
          <w:b w:val="0"/>
          <w:sz w:val="24"/>
        </w:rPr>
        <w:t xml:space="preserve">     ☐ Електричне та електронне обладнання (EEE)</w:t>
      </w:r>
    </w:p>
    <w:p>
      <w:pPr>
        <w:spacing w:after="40"/>
      </w:pPr>
      <w:r>
        <w:rPr>
          <w:b w:val="0"/>
          <w:sz w:val="24"/>
        </w:rPr>
        <w:t xml:space="preserve">     ☐ Батареї та акумулятори</w:t>
      </w:r>
    </w:p>
    <w:p>
      <w:pPr>
        <w:spacing w:after="40"/>
      </w:pPr>
      <w:r>
        <w:rPr>
          <w:b w:val="0"/>
          <w:sz w:val="24"/>
        </w:rPr>
        <w:t xml:space="preserve">     ☐ Шини, мастила, транспортні засоби</w:t>
      </w:r>
    </w:p>
    <w:p>
      <w:pPr>
        <w:spacing w:after="40"/>
      </w:pPr>
      <w:r>
        <w:rPr>
          <w:b w:val="0"/>
          <w:sz w:val="24"/>
        </w:rPr>
        <w:t xml:space="preserve">     ☐ Інше: _________________________________________</w:t>
      </w:r>
    </w:p>
    <w:p>
      <w:pPr>
        <w:spacing w:after="40"/>
      </w:pPr>
      <w:r>
        <w:rPr>
          <w:b w:val="0"/>
          <w:sz w:val="24"/>
        </w:rPr>
        <w:t>☐ Консалтинг, інжиніринг та юридичний супровід:</w:t>
      </w:r>
    </w:p>
    <w:p>
      <w:pPr>
        <w:spacing w:after="40"/>
      </w:pPr>
      <w:r>
        <w:rPr>
          <w:b w:val="0"/>
          <w:sz w:val="24"/>
        </w:rPr>
        <w:t xml:space="preserve">     ☐ Екологічний аудит та ОВД</w:t>
      </w:r>
    </w:p>
    <w:p>
      <w:pPr>
        <w:spacing w:after="40"/>
      </w:pPr>
      <w:r>
        <w:rPr>
          <w:b w:val="0"/>
          <w:sz w:val="24"/>
        </w:rPr>
        <w:t xml:space="preserve">     ☐ Юридичне консультування</w:t>
      </w:r>
    </w:p>
    <w:p>
      <w:pPr>
        <w:spacing w:after="40"/>
      </w:pPr>
      <w:r>
        <w:rPr>
          <w:b w:val="0"/>
          <w:sz w:val="24"/>
        </w:rPr>
        <w:t xml:space="preserve">     ☐ Проєктування та розбудова інфраструктури</w:t>
      </w:r>
    </w:p>
    <w:p>
      <w:pPr>
        <w:spacing w:after="280"/>
      </w:pPr>
      <w:r>
        <w:rPr>
          <w:b w:val="0"/>
          <w:sz w:val="24"/>
        </w:rPr>
        <w:t>☐ Партнер / Наукова установа / Громадська організація</w:t>
      </w:r>
    </w:p>
    <w:p>
      <w:pPr>
        <w:spacing w:after="120"/>
      </w:pPr>
      <w:r>
        <w:rPr>
          <w:b/>
          <w:sz w:val="24"/>
        </w:rPr>
        <w:t>3. Виробничі потужності та дозвільна документація (для операторів)</w:t>
      </w:r>
    </w:p>
    <w:p>
      <w:pPr>
        <w:spacing w:after="80"/>
      </w:pPr>
      <w:r>
        <w:rPr>
          <w:b w:val="0"/>
          <w:sz w:val="24"/>
        </w:rPr>
        <w:t>· Географія діяльності (області/регіони): _________________</w:t>
      </w:r>
    </w:p>
    <w:p>
      <w:pPr>
        <w:spacing w:after="40"/>
      </w:pPr>
      <w:r>
        <w:rPr>
          <w:b w:val="0"/>
          <w:sz w:val="24"/>
        </w:rPr>
        <w:t>· Наявність дозволу на здійснення операцій з оброблення відходів:</w:t>
      </w:r>
    </w:p>
    <w:p>
      <w:pPr>
        <w:spacing w:after="40"/>
      </w:pPr>
      <w:r>
        <w:rPr>
          <w:b w:val="0"/>
          <w:sz w:val="24"/>
        </w:rPr>
        <w:t xml:space="preserve">     ☐ Наявний (№ _________ від ..20__ р.)</w:t>
      </w:r>
    </w:p>
    <w:p>
      <w:pPr>
        <w:spacing w:after="40"/>
      </w:pPr>
      <w:r>
        <w:rPr>
          <w:b w:val="0"/>
          <w:sz w:val="24"/>
        </w:rPr>
        <w:t xml:space="preserve">     ☐ В процесі отримання</w:t>
      </w:r>
    </w:p>
    <w:p>
      <w:pPr>
        <w:spacing w:after="80"/>
      </w:pPr>
      <w:r>
        <w:rPr>
          <w:b w:val="0"/>
          <w:sz w:val="24"/>
        </w:rPr>
        <w:t xml:space="preserve">     ☐ Не вимагається за родом діяльності</w:t>
      </w:r>
    </w:p>
    <w:p>
      <w:pPr>
        <w:spacing w:after="80"/>
      </w:pPr>
      <w:r>
        <w:rPr>
          <w:b w:val="0"/>
          <w:sz w:val="24"/>
        </w:rPr>
        <w:t>· Основні види відходів, з якими працює підприємство: _________</w:t>
      </w:r>
    </w:p>
    <w:p>
      <w:pPr>
        <w:spacing w:after="40"/>
      </w:pPr>
      <w:r>
        <w:rPr>
          <w:b w:val="0"/>
          <w:sz w:val="24"/>
        </w:rPr>
        <w:t>· Наявність ліцензії на здійснення господарської діяльності з управління небезпечними відходами:</w:t>
      </w:r>
    </w:p>
    <w:p>
      <w:pPr>
        <w:spacing w:after="40"/>
      </w:pPr>
      <w:r>
        <w:rPr>
          <w:b w:val="0"/>
          <w:sz w:val="24"/>
        </w:rPr>
        <w:t xml:space="preserve">     ☐ Наявна (№ _________ від ..20__ р.)</w:t>
      </w:r>
    </w:p>
    <w:p>
      <w:pPr>
        <w:spacing w:after="40"/>
      </w:pPr>
      <w:r>
        <w:rPr>
          <w:b w:val="0"/>
          <w:sz w:val="24"/>
        </w:rPr>
        <w:t xml:space="preserve">     ☐ В процесі отримання</w:t>
      </w:r>
    </w:p>
    <w:p>
      <w:pPr>
        <w:spacing w:after="80"/>
      </w:pPr>
      <w:r>
        <w:rPr>
          <w:b w:val="0"/>
          <w:sz w:val="24"/>
        </w:rPr>
        <w:t xml:space="preserve">     ☐ Не вимагається за родом діяльності</w:t>
      </w:r>
    </w:p>
    <w:p>
      <w:pPr>
        <w:spacing w:after="280"/>
      </w:pPr>
      <w:r>
        <w:rPr>
          <w:b w:val="0"/>
          <w:sz w:val="24"/>
        </w:rPr>
        <w:t>· Основні види відходів, з якими працює підприємство: _________</w:t>
      </w:r>
    </w:p>
    <w:p>
      <w:pPr>
        <w:spacing w:after="40"/>
      </w:pPr>
      <w:r>
        <w:rPr>
          <w:b/>
          <w:sz w:val="24"/>
        </w:rPr>
        <w:t>4. Пріоритетні напрями залученості в UWMA</w:t>
      </w:r>
    </w:p>
    <w:p>
      <w:pPr>
        <w:spacing w:after="120"/>
      </w:pPr>
      <w:r>
        <w:rPr>
          <w:b w:val="0"/>
          <w:sz w:val="18"/>
        </w:rPr>
        <w:t>(вкажіть, в яких робочих комітетах/групах Асоціації планує брати участь ваш представник)</w:t>
      </w:r>
    </w:p>
    <w:p>
      <w:pPr>
        <w:spacing w:after="40"/>
      </w:pPr>
      <w:r>
        <w:rPr>
          <w:b w:val="0"/>
          <w:sz w:val="24"/>
        </w:rPr>
        <w:t>☐ «Законодавство та нормотворчість»</w:t>
      </w:r>
    </w:p>
    <w:p>
      <w:pPr>
        <w:spacing w:after="40"/>
      </w:pPr>
      <w:r>
        <w:rPr>
          <w:b w:val="0"/>
          <w:sz w:val="24"/>
        </w:rPr>
        <w:t>☐ «Розширена відповідальність виробника (EPR)»</w:t>
      </w:r>
    </w:p>
    <w:p>
      <w:pPr>
        <w:spacing w:after="40"/>
      </w:pPr>
      <w:r>
        <w:rPr>
          <w:b w:val="0"/>
          <w:sz w:val="24"/>
        </w:rPr>
        <w:t>☐ «ESG та сталий розвиток»</w:t>
      </w:r>
    </w:p>
    <w:p>
      <w:pPr>
        <w:spacing w:after="40"/>
      </w:pPr>
      <w:r>
        <w:rPr>
          <w:b w:val="0"/>
          <w:sz w:val="24"/>
        </w:rPr>
        <w:t>☐ «Інфраструктура та інвестиції»</w:t>
      </w:r>
    </w:p>
    <w:p>
      <w:pPr>
        <w:spacing w:after="40"/>
      </w:pPr>
      <w:r>
        <w:rPr>
          <w:b w:val="0"/>
          <w:sz w:val="24"/>
        </w:rPr>
        <w:t>☐ «Аналітичний центр, дослідження ринку»</w:t>
      </w:r>
    </w:p>
    <w:p>
      <w:pPr>
        <w:spacing w:after="40"/>
      </w:pPr>
      <w:r>
        <w:rPr>
          <w:b w:val="0"/>
          <w:sz w:val="24"/>
        </w:rPr>
        <w:t>☐ власна пропозиція ____________________________</w:t>
      </w:r>
    </w:p>
    <w:p>
      <w:pPr>
        <w:spacing w:after="120"/>
      </w:pPr>
      <w:r>
        <w:rPr>
          <w:b/>
          <w:sz w:val="24"/>
        </w:rPr>
        <w:t>5. Уповноважені контактні особи</w:t>
      </w:r>
    </w:p>
    <w:p>
      <w:pPr>
        <w:spacing w:after="40"/>
      </w:pPr>
      <w:r>
        <w:rPr>
          <w:b w:val="0"/>
          <w:sz w:val="24"/>
        </w:rPr>
        <w:t>Керівник підприємства:</w:t>
      </w:r>
    </w:p>
    <w:p>
      <w:pPr>
        <w:spacing w:after="40"/>
      </w:pPr>
      <w:r>
        <w:rPr>
          <w:b w:val="0"/>
          <w:sz w:val="24"/>
        </w:rPr>
        <w:t>· ПІБ: ______________________________________________</w:t>
      </w:r>
    </w:p>
    <w:p>
      <w:pPr>
        <w:spacing w:after="160"/>
      </w:pPr>
      <w:r>
        <w:rPr>
          <w:b w:val="0"/>
          <w:sz w:val="24"/>
        </w:rPr>
        <w:t>· Посада: ___________________________________________</w:t>
      </w:r>
    </w:p>
    <w:p>
      <w:pPr>
        <w:spacing w:after="0"/>
      </w:pPr>
      <w:r>
        <w:rPr>
          <w:b w:val="0"/>
          <w:sz w:val="24"/>
        </w:rPr>
        <w:t>Офіційний представник для оперативної взаємодії з UWMA:</w:t>
      </w:r>
    </w:p>
    <w:p>
      <w:pPr>
        <w:spacing w:after="80"/>
      </w:pPr>
      <w:r>
        <w:rPr>
          <w:b w:val="0"/>
          <w:sz w:val="18"/>
        </w:rPr>
        <w:t>(особа, яка отримуватиме аналітику, запрошення на засідання тощо)</w:t>
      </w:r>
    </w:p>
    <w:p>
      <w:pPr>
        <w:spacing w:after="40"/>
      </w:pPr>
      <w:r>
        <w:rPr>
          <w:b w:val="0"/>
          <w:sz w:val="24"/>
        </w:rPr>
        <w:t>· ПІБ: __________________________________________________</w:t>
      </w:r>
    </w:p>
    <w:p>
      <w:pPr>
        <w:spacing w:after="40"/>
      </w:pPr>
      <w:r>
        <w:rPr>
          <w:b w:val="0"/>
          <w:sz w:val="24"/>
        </w:rPr>
        <w:t>· Посада: __________________________________________________</w:t>
      </w:r>
    </w:p>
    <w:p>
      <w:pPr>
        <w:spacing w:after="40"/>
      </w:pPr>
      <w:r>
        <w:rPr>
          <w:b w:val="0"/>
          <w:sz w:val="24"/>
        </w:rPr>
        <w:t>· Мобільний телефон: _____________________________________</w:t>
      </w:r>
    </w:p>
    <w:p>
      <w:pPr>
        <w:spacing w:after="400"/>
      </w:pPr>
      <w:r>
        <w:rPr>
          <w:b w:val="0"/>
          <w:sz w:val="24"/>
        </w:rPr>
        <w:t>· E-mail: ______________________________________________</w:t>
      </w:r>
    </w:p>
    <w:p>
      <w:pPr>
        <w:spacing w:after="0"/>
      </w:pPr>
      <w:r>
        <w:rPr>
          <w:b w:val="0"/>
          <w:sz w:val="24"/>
        </w:rPr>
        <w:t>Керівник підприємства: ___________ / _____________________ /</w:t>
      </w:r>
    </w:p>
    <w:p>
      <w:pPr>
        <w:spacing w:after="120"/>
      </w:pPr>
      <w:r>
        <w:rPr>
          <w:b w:val="0"/>
          <w:sz w:val="18"/>
        </w:rPr>
        <w:t xml:space="preserve">                                             (підпис)                          (ПІБ)</w:t>
      </w:r>
    </w:p>
    <w:p>
      <w:pPr>
        <w:spacing w:after="200"/>
      </w:pPr>
      <w:r>
        <w:rPr>
          <w:b w:val="0"/>
          <w:sz w:val="18"/>
        </w:rPr>
        <w:t>(М.П. за наявності)</w:t>
      </w:r>
    </w:p>
    <w:p>
      <w:pPr>
        <w:spacing w:after="0"/>
      </w:pPr>
      <w:r>
        <w:rPr>
          <w:b w:val="0"/>
          <w:sz w:val="24"/>
        </w:rPr>
        <w:t>Дата: «____» ____________ 202___р.</w:t>
      </w:r>
    </w:p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